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Consul'team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