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onsul'team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