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Ethos Services SA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70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200"/>
            <w:gridSpan w:val="6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700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  <w:tc>
          <w:tcPr>
            <w:tcW w:type="dxa" w:w="1700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