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Greensgive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