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super_test — exercice 2021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2021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2021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2021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