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F4E78"/>
          <w:sz w:val="40"/>
        </w:rPr>
        <w:t>Rapport ESG annuel</w:t>
      </w:r>
    </w:p>
    <w:p>
      <w:pPr>
        <w:jc w:val="center"/>
      </w:pPr>
      <w:r>
        <w:rPr>
          <w:b/>
          <w:i w:val="0"/>
          <w:color w:val="1F4E78"/>
          <w:sz w:val="28"/>
        </w:rPr>
        <w:t>Teste — exercice 2025</w:t>
      </w:r>
    </w:p>
    <w:p>
      <w:pPr>
        <w:jc w:val="center"/>
      </w:pPr>
      <w:r>
        <w:rPr>
          <w:b w:val="0"/>
          <w:i/>
          <w:color w:val="888890"/>
          <w:sz w:val="18"/>
        </w:rPr>
        <w:t>Généré le 28.07.2026 à 15:21</w:t>
      </w:r>
    </w:p>
    <w:p>
      <w:pPr>
        <w:jc w:val="center"/>
      </w:pPr>
      <w:r>
        <w:rPr>
          <w:b w:val="0"/>
          <w:i/>
          <w:color w:val="888890"/>
          <w:sz w:val="18"/>
        </w:rPr>
        <w:t>✏ Brouillon — non soumis sur Blockchain</w:t>
      </w:r>
    </w:p>
    <w:p/>
    <w:p>
      <w:r>
        <w:rPr>
          <w:b/>
          <w:i w:val="0"/>
          <w:color w:val="1F4E78"/>
          <w:sz w:val="26"/>
        </w:rPr>
        <w:t>Synthèse — tendances vs exercice précédent</w:t>
      </w:r>
    </w:p>
    <w:p>
      <w:r>
        <w:rPr>
          <w:b w:val="0"/>
          <w:i/>
          <w:color w:val="888890"/>
          <w:sz w:val="18"/>
        </w:rPr>
        <w:t>Comparaison de l'année 2025 avec l'année 2024.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60000" cy="188025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18802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b w:val="0"/>
          <w:i/>
          <w:color w:val="888890"/>
          <w:sz w:val="16"/>
        </w:rPr>
        <w:t>Légende — vert vers l'extérieur : amélioration · rouge vers le centre : dégradation · trait gris sur la ligne : stable.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Domaine</w:t>
            </w:r>
          </w:p>
        </w:tc>
        <w:tc>
          <w:tcPr>
            <w:tcW w:type="dxa" w:w="255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↑ Amélioration</w:t>
            </w:r>
          </w:p>
        </w:tc>
        <w:tc>
          <w:tcPr>
            <w:tcW w:type="dxa" w:w="255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→ Stable</w:t>
            </w:r>
          </w:p>
        </w:tc>
        <w:tc>
          <w:tcPr>
            <w:tcW w:type="dxa" w:w="255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↓ Dégradation</w:t>
            </w:r>
          </w:p>
        </w:tc>
      </w:tr>
      <w:tr>
        <w:tc>
          <w:tcPr>
            <w:tcW w:type="dxa" w:w="2550"/>
            <w:shd w:val="clear" w:color="auto" w:fill="FFF4C2"/>
          </w:tcPr>
          <w:p>
            <w:r/>
            <w:r>
              <w:rPr>
                <w:b/>
              </w:rPr>
              <w:t>G — Gouvernance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2E6A37"/>
              </w:rPr>
              <w:t>0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t>10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823535"/>
              </w:rPr>
              <w:t>0</w:t>
            </w:r>
          </w:p>
        </w:tc>
      </w:tr>
      <w:tr>
        <w:tc>
          <w:tcPr>
            <w:tcW w:type="dxa" w:w="2550"/>
            <w:shd w:val="clear" w:color="auto" w:fill="CFE0F5"/>
          </w:tcPr>
          <w:p>
            <w:r/>
            <w:r>
              <w:rPr>
                <w:b/>
              </w:rPr>
              <w:t>S — Social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2E6A37"/>
              </w:rPr>
              <w:t>0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823535"/>
              </w:rPr>
              <w:t>0</w:t>
            </w:r>
          </w:p>
        </w:tc>
      </w:tr>
      <w:tr>
        <w:tc>
          <w:tcPr>
            <w:tcW w:type="dxa" w:w="2550"/>
            <w:shd w:val="clear" w:color="auto" w:fill="CFE8D4"/>
          </w:tcPr>
          <w:p>
            <w:r/>
            <w:r>
              <w:rPr>
                <w:b/>
              </w:rPr>
              <w:t>E — Environnement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2E6A37"/>
              </w:rPr>
              <w:t>0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t>13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823535"/>
              </w:rPr>
              <w:t>0</w:t>
            </w:r>
          </w:p>
        </w:tc>
      </w:tr>
    </w:tbl>
    <w:p/>
    <w:p/>
    <w:p>
      <w:r>
        <w:rPr>
          <w:b/>
          <w:color w:val="1F4E78"/>
          <w:sz w:val="26"/>
        </w:rPr>
        <w:t>G — Gouvernance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133"/>
        <w:gridCol w:w="1133"/>
        <w:gridCol w:w="1133"/>
        <w:gridCol w:w="1133"/>
        <w:gridCol w:w="1133"/>
        <w:gridCol w:w="1133"/>
        <w:gridCol w:w="1133"/>
        <w:gridCol w:w="1133"/>
        <w:gridCol w:w="1133"/>
      </w:tblGrid>
      <w:tr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2025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Tend.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Δ %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Structure de gouvernance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Structure de gouvernance — composition de l'organe de gouvernance et de la direction générale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Conseil d'Administration (5 personnes)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Conseil d'Administration (5 personnes)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Diversité de genre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2.1.1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Organe de gouvernance — femmes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2.1.2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Organe de gouvernance — hommes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 F/H — organe de gouvernance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0.67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Management — femmes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5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Management — hommes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 F/H — management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0.83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Direction générale — femmes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2.3.2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Direction générale — hommes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 F/H — direction générale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1.00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Politiques et chartes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/ charte — Numérique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/ charte — Fournisseurs / achats durables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/ charte — Bonne conduite (interne)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/ charte — Droits humains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Engagement de l'organe de gouvernance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Déclaration formelle sur l'importance de la durabilité et stratégie en matière de développement durable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Gouvernance responsable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Implication de l'organe de gouvernance dans la gouvernance responsable (corruption, conflits d'intérêts, concurrence loyale)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Stratégie de durabilité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Implication de l'organe de gouvernance dans la stratégie de développement durable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Intégration ESG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7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Intégration des critères ESG dans la prise de décision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Critères ESG intégrés dans les décisions d'investissement et de partenariat.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Critères ESG intégrés dans les décisions d'investissement et de partenariat.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Suivi ESG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L'organe de gouvernance examine la performance ESG au moins une fois par an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Achats durables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9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des achats réalisés auprès de fournisseurs engagés dans une démarche de durabilité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12.0%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Numérique responsable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10.1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Stratégie du numérique responsable développée (description : localisation des données, empreinte, éthique…)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10.2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Adhésion INR ou certification / label Numérique Responsable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F4E78"/>
          <w:sz w:val="26"/>
        </w:rPr>
        <w:t>S — Social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133"/>
        <w:gridCol w:w="1133"/>
        <w:gridCol w:w="1133"/>
        <w:gridCol w:w="1133"/>
        <w:gridCol w:w="1133"/>
        <w:gridCol w:w="1133"/>
        <w:gridCol w:w="1133"/>
        <w:gridCol w:w="1133"/>
        <w:gridCol w:w="1133"/>
      </w:tblGrid>
      <w:tr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2025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Tend.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Δ %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Conditions de travail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Mesures et dispositifs en matière de bien-être et protection sociale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Congé maternité 14 semaines, paternité 4 semaines, prévoyance 2e pilier au-dessus du minimum LPP, télétravail 2 jours/semaine.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Congé maternité 14 semaines, paternité 4 semaines, prévoyance 2e pilier au-dessus du minimum LPP, télétravail 2 jours/semaine.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Satisfaction du personnel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 de la satisfaction du personnel : méthode, fréquence, résultats obtenus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Enquête annuelle anonyme : 85% taux de réponse, 4.2/5 satisfaction moyenne.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Ancienneté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Répartition selon l'ancienneté (depuis feuille « Personnel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&lt; 5 ans: 16 (37%); 5-10 ans: 10 (23%); 11-15 ans: 7 (16%); 16-20 ans: 4 (9%); 21-25 ans: 3 (7%); 26-30 ans: 2 (5%); 31-40 ans: 1 (2%)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&lt; 5 ans: 16 (37%); 5-10 ans: 10 (23%); 11-15 ans: 7 (16%); 16-20 ans: 4 (9%); 21-25 ans: 3 (7%); 26-30 ans: 2 (5%); 31-40 ans: 1 (2%)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Rotation du personnel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14.1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de départs sur la période (depuis feuille « Personnel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14.2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Effectif moyen ETP sur la période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40 ETP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ETP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40 ETP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Taux de rotation du personnel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14.3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Ventilation des départs (genre, âge, région) — depuis feuille « Personnel »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Hommes: 1; ≥ 50 ans: 1; Suisse: 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Hommes: 1; ≥ 50 ans: 1; Suisse: 1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Santé et sécurité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total de jours d'absence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220 jours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total de jours théoriques travaillés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11'250 jours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Taux d'absentéisme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 d'absence pour maladie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180 jours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liée à la maladie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81.8%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15.4.1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 d'absence pour accidents du travail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40 jours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liée aux accidents du travail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18.2%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Rémunération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de gestion du personnel et de rémunération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Grille salariale unique avec négociation collective ; bonus liés à la performance individuelle (50%) et collective (50%) incluant 1 critère ESG.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Grille salariale unique avec négociation collective ; bonus liés à la performance individuelle (50%) et collective (50%) incluant 1 critère ESG.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17.1.1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Salaire médian hommes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8'400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17.1.2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Salaire médian femmes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7'900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Écart salarial F/H (positif = H &gt; F)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Salaire médian de l'entreprise (profils comparables)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8'200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Salaire médian / moyen de la branche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8'000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Écart par rapport à la branche (positif = entreprise &gt; branche)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Rémunération totale la plus élevée (bonus inclus)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240'000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17.3.2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Rémunération totale la plus faible à temps plein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65'000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Multiplicateur de rémunération (max / min)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3.69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Formation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18.1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d'heures de formation par rapport au total des heures travaillées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2.2%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18.2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d'heures de formation effectivement suivies (par genre et catégorie)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85.0%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18.3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Budget consacré à la formation et au développement des compétences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95'000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Dispositif d'alerte interne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19.1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Mécanisme confidentiel de traitement des alertes existe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19.2.1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d'alertes enregistrées durant la période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cas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19.2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Mesures prises pour traiter les cas confirmés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Cas confirmé : sensibilisation de l'équipe concernée + révision de la procédure.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Cas confirmé : sensibilisation de l'équipe concernée + révision de la procédure.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Fournisseurs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20.1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Méthode et critères de sélection / évaluation des fournisseurs (description, voir feuille « Fournisseurs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Évaluation annuelle sur 4 critères (Pays, Secteur, Matière, Importance stratégique). Audit obligatoire pour score ≥ 10.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Évaluation annuelle sur 4 critères (Pays, Secteur, Matière, Importance stratégique). Audit obligatoire pour score ≥ 10.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20.2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Processus d'évaluation des fournisseurs pour identifier ceux qui présentent un risque éthique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20.3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des achats réalisés auprès de fournisseurs locaux (régionaux ou nationaux)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30.0%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Communautés locales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de cas identifiés d'impacts négatifs sur les communautés locales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cas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total de projets / activités significatifs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projets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 projets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de projets avec analyse d'impact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projets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 projets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des projets ayant fait l'objet d'une analyse d'impact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75.0%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Mesures mises en œuvre pour réduire les nuisances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d'information aux riverains avant chaque chantier ; partenariat avec une école professionnelle.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d'information aux riverains avant chaque chantier ; partenariat avec une école professionnelle.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F4E78"/>
          <w:sz w:val="26"/>
        </w:rPr>
        <w:t>E — Environnement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133"/>
        <w:gridCol w:w="1133"/>
        <w:gridCol w:w="1133"/>
        <w:gridCol w:w="1133"/>
        <w:gridCol w:w="1133"/>
        <w:gridCol w:w="1133"/>
        <w:gridCol w:w="1133"/>
        <w:gridCol w:w="1133"/>
        <w:gridCol w:w="1133"/>
      </w:tblGrid>
      <w:tr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2025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Tend.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Δ %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Mobilité durable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Solutions de mobilité durable proposées aux collaborateurs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de mobilité d'entreprise : abonnement CFF à demi-tarif financé, place vélo couverte, télétravail 2 jours/semaine, flotte 100% électrique pour les véhicules de société.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de mobilité d'entreprise : abonnement CFF à demi-tarif financé, place vélo couverte, télétravail 2 jours/semaine, flotte 100% électrique pour les véhicules de société.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Consommation d'énergie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Électricité achetée –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95.00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Électricité achetée – non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60.00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Électricité autoproduite –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25.00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Électricité autoproduite – non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5.00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Énergie produite sur site –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35.00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Énergie produite sur site – non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23.7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Carburants et combustibles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12.00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Consommation totale d'énergie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232.00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23.9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d'énergie renouvelable consommée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66.8%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Objectifs climatiques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de transition vers la neutralité carbone 2050 défini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Année cible et valeur visée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Neutralité carbone Scope 1+2 visée pour 2035.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Neutralité carbone Scope 1+2 visée pour 2035.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Année de référence et valeur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Année de référence 2022 : Scope 1 = 280 tCO₂e, Scope 2 = 160 tCO₂e.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Année de référence 2022 : Scope 1 = 280 tCO₂e, Scope 2 = 160 tCO₂e.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Unités utilisées pour les objectifs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des émissions couverte par l'objectif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85.0%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Principales actions prévues pour atteindre l'objectif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Décarbonation du chauffage (pompe à chaleur), achat d'électricité 100% renouvelable, optimisation des déplacements professionnels.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Décarbonation du chauffage (pompe à chaleur), achat d'électricité 100% renouvelable, optimisation des déplacements professionnels.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Bilan carbone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Bilan carbone réalisé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Fréquence de réalisation du bilan carbone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Annuelle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Annuelle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Méthodologie utilisée (ex. GHG Protocol, ISO 14064)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GHG Protocol — Scope 1 et 2 obligatoires, Scope 3 partiel (catégories 1, 6, 7).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GHG Protocol — Scope 1 et 2 obligatoires, Scope 3 partiel (catégories 1, 6, 7).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Émissions de GES – Scope 1 (depuis feuille « GES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180.00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180.00 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Émissions de GES – Scope 2 (depuis feuille « GES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140.00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140.00 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Émissions de GES – Scope 3 (depuis feuille « GES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440.00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440.00 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25.7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Émissions totales de GES (1+2+3)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760.00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760.00 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Intensité carbone (tCO₂e / CHF de chiffre d'affaires)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tCO₂e/CHF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0.000106 tCO₂e/CHF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Eau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Consommation totale d'eau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m³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1'180.00 m³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Biodiversité - localisation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 d'interaction avec la biodiversité identifiés (voir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total de sites (depuis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 sites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 sites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de sites en zone sensible (depuis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sites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sites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Superficie totale (depuis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4.70 ha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ha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4.70 ha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Superficie en zone sensible (depuis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3.50 ha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ha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3.50 ha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de superficie en zone sensible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74.5%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74.5%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Biodiversité - gestion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Politiques et mesures de gestion des impacts sur la biodiversité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Aucune source d'émission directe sur sites sensibles ; protocole de gestion des eaux pluviales sur tous les sites.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Aucune source d'émission directe sur sites sensibles ; protocole de gestion des eaux pluviales sur tous les sites.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Déchets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Processus de gestion des déchets mis en place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Déchets dangereux générés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48.00 t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Déchets non dangereux générés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195.00 t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Déchets dangereux valorisés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30.00 t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Déchets non dangereux valorisés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150.00 t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Taux de valorisation des déchets dangereux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62.5%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Taux de valorisation des déchets non dangereux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76.9%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globale (%) des déchets valorisés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74.1%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Risques climatiques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Aléas climatiques ou risques de transition identifiés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Ces risques sont communiqués aux actionnaires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Assurances souscrites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Assurance incendie + pertes d'exploitation, assurance catastrophes naturelles.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Assurance incendie + pertes d'exploitation, assurance catastrophes naturelles.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Description des aléas et risques de transition (voir feuille « Risques climatiques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Aléas physiques identifiés : canicules (été), tempêtes (printemps/automne), précipitations intenses. Risques de transition : durcissement réglementaire CH/UE, exigences des donneurs d'ordre.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Aléas physiques identifiés : canicules (été), tempêtes (printemps/automne), précipitations intenses. Risques de transition : durcissement réglementaire CH/UE, exigences des donneurs d'ordre.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Évaluation de l'exposition et de la sensibilité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 tous situés en zone urbaine bien équipée ; sensibilité moyenne aux aléas physiques.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 tous situés en zone urbaine bien équipée ; sensibilité moyenne aux aléas physiques.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Horizons temporels associés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Court terme (1-3 ans) pour aléas physiques ; moyen terme (3-10 ans) pour risques de transition.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Court terme (1-3 ans) pour aléas physiques ; moyen terme (3-10 ans) pour risques de transition.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30.7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Mesures d'adaptation mises en œuvre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Climatisation passive renforcée, plan de continuité d'activité testé annuellement.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Climatisation passive renforcée, plan de continuité d'activité testé annuellement.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Niveau de risque global (élevé / moyen / faible)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Moyen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Moyen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 w:val="0"/>
          <w:i/>
          <w:color w:val="888890"/>
          <w:sz w:val="16"/>
        </w:rPr>
        <w:t>Ce rapport est généré automatiquement à partir des données saisies dans le formulaire. Le contenu est public dans le cadre de la démonstration et ne contient que des données fictives.</w:t>
      </w:r>
    </w:p>
    <w:sectPr w:rsidR="00FC693F" w:rsidRPr="0006063C" w:rsidSect="00034616">
      <w:pgSz w:w="12240" w:h="15840"/>
      <w:pgMar w:top="1134" w:right="1020" w:bottom="113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