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Toto et ses amies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15:32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