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TREG Industries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2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-33.3%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1.50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+125.0%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+20.0%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-16.7%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1.20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+44.0%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0.000095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